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הגלובליזציה – המשחק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הגלובליזציה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בגלובליזציה וסחר עולמי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שרשרת האספקה של מוצר מהייצור עד הצרכן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 עובדות נכונות ולא נכונות על העולם המחובר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 -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תהליך של התחברות בין מדינות וכלכלות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להוביל סחורות באוניות וברכבות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ייבוא זה הבאה מבחוץ, ייצוא זה שליחה החוצה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כל השלבים שמוצר עובר עד שמגיע לצרכן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חברה שפועלת במספר מדינות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גשם העובדות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סחר עולמי מאפשר להעביר מוצרים בין מדינות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מכולות מובילות סוגי סחורות רבים ושונים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כוללת ייצור, הובלה, אחסון והפצה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אוסטרליה נחשבת ליבשת בפני עצמה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גלובליזציה משפיעה גם על תרבות, אוכל ואופנה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רוב הסחר העולמי עובר דרך הים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גלובליזציה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ייבוא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ייצוא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שרשרת אספקה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יבשת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מונח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(ארגז גדול להובלת סחורות)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(הבאת מוצרים ממדינה אחרת)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(שליחת מוצרים למדינה אחרת)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(כל השלבים מהייצור עד הצרכן)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(חברה שפועלת במספר מדינות)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שרשרת האספקה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ייצור חומרי הגלם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ייצור המוצר במפעל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אריזת המוצר במכולה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הובלת המכולה באונייה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הפצת המוצר לחנויות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קנייה על ידי הצרכן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שלב ייצור, הובלה (אונייה/מטוס/משאית) והגעה לחנות - יש לבדוק הבנה של שרשרת אספקה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התחברות בין 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ייבוא-הבאה, ייצוא-שליחה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הובלת סחורות באוניות וברכבות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חלק הסידור לתחנת מסע המוצר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מוכרת של מוצר שעבר שרשרת אספקה ארוכה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הגלובליזציה – המשחק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הגלובליזציה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הגלובליזציה היא התהליך שבו מדינות, אנשים וכלכלות מתחברים זה לזה דרך סחר, תחבורה ותקשורת. בדף הזה תתרגלו את המושגים שמככבים בתחנות המשחק - מכולות, שרשרת אספקה, יבשות ועוד.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 -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גלובליזציה?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תהליך של התחברות בין מדינות וכלכלות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של אוניה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יבשת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תפקיד המכולה בסחר העולמי?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לייצר 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להוביל סחורות באוניות וברכבות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לאחסן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לשמש כבית מגורים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ייבוא לייצוא?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ייבוא זה הבאה מבחוץ, ייצוא זה שליחה החוצה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ייצוא זה הבאה מבחוץ, ייבוא זה שליחה החוצה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 קשורים רק למזון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שרשרת אספקה?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רשת חברתית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השלבים שמוצר עובר עד שמגיע לצרכן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אוניה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יבשות יש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זו חברה רב לאומית?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חברה שפועלת רק במדינה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חברה שפועלת במספר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חברת תחבורה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ספר בינלאומי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- גשם העובדות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הודות לגלובליזציה אפשר לקנות מוצרים שיוצרו במדינות רחוקות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מכולות משמשות רק להובלת מזון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שרשרת האספקה כוללת רק את שלב הייצור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אוסטרליה היא יבשת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גלובליזציה משפיעה רק על כלכלה ולא על תרבות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אוניות מכולות הן אחת הדרכים הנפוצות להובלת סחורות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תהליך ההתחברות בין מדינות וכלכלות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ארגז ברזל גדול שמוביל סחורות באוניה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הבאת מוצרים ממדינה אחרת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שליחת מוצרים למדינה אחרת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 השלבים שמוצר עובר עד שמגיע אלינו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שטח יבשה גדול בעולם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מונח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מכולה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 השלבים מהייצור עד הצרכן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ייבוא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שליחת מוצרים למדינה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ייצוא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הבאת מוצרים ממדינה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שרשרת אספקה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חברה שפועלת במספר מדינות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חברה רב לאומית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ארגז גדול להובלת סחורות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שרשרת האספקה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קנייה על ידי הצרכן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הובלת המכולה באונייה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ייצור חומרי הגלם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הפצת המוצר לחנויות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אריזת המוצר במכולה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ייצור המוצר במפעל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מוצר שיש לכם בבית וכתבו כיצד לדעתכם הוא הגיע אליכם - מאיפה יכול היה להגיע ובאילו אמצעי תחבורה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גלובליזציה במשפט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ייבוא לייצוא?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המכולה בסחר העולמי?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הגלובליזציה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