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הגלובליזציה – 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בגלובליזציה וסחר 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שרשרת האספקה של מוצר מהייצור עד הצרכן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עובדות נכונות ולא נכונות על העולם המחובר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-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של התחברות בין מדינות וכלכלות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להוביל סחורות באוניות וברכבות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ייבוא זה הבאה מבחוץ, ייצוא זה שליחה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 השלבים שמוצר עובר עד שמגיע לצרכן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חברה שפועלת במספר מדינות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גשם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סחר עולמי מאפשר להעביר מוצרים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מכולות מובילות סוגי סחורות רבים ושונים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כוללת ייצור, הובלה, אחסון והפצה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אוסטרליה נחשבת ליבשת בפני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גלובליזציה משפיעה גם על תרבות, אוכל ואופנה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רוב הסחר העולמי עובר דרך 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שרשרת אספקה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יבשת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(ארגז גדול להובלת סחורות)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(הבאת מוצרים ממדינה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(שליחת מוצרים למדינה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 השלבים מהייצור עד הצרכן)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(חברה שפועלת במספר מדינות)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שרשרת האספקה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ייצור חומרי הגלם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ייצור המוצר במפעל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אריזת המוצר במכולה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הובלת המכולה באונייה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הפצת המוצר לחנויות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קנייה על ידי הצרכן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שלב ייצור, הובלה (אונייה/מטוס/משאית) והגעה לחנות - יש לבדוק הבנה של שרשרת אספקה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התחברות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ייבוא-הבאה, ייצוא-שליחה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הובלת סחורות באוניות וברכבות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חלק הסידור לתחנת מסע המוצר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מוכרת של מוצר שעבר שרשרת אספקה ארוכה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הגלובליזציה – 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גלובליזציה זה שהעולם כולו מחובר - אנשים במדינות שונות קונים ומוכרים אחד לשני. נתרגל מילים חשובות מהמשחק.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העולם כולו נהיה מחובר יותר דרך סחר ותקשורת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אספקה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שמוצר עובר מהייצור עד שהוא מגיע אלינו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ארגז ברזל גדול שמוביל סחורות באוניות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ייבוא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מוצרים ממדינה אחרת למדינה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ייצוא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שליחת מוצרים מהמדינה שלנו למדינות 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יבשה גדול בעולם, כמו אסיה או אפריקה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סחר עולמי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ומכירה של מוצרים בין מדינות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חברה רב לאומית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חברה שפועלת במספר מדינות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-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גלובליזציה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של התחברות בין מדינות וכלכלות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אוניה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יבשת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משתמשים במכולה?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לייצר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להוביל סחורות באוניות וברכבות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לאחסן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לשמש כבית 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המילים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ייבוא זה הבאה מבחוץ, ייצוא זה שליחה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ייצוא זה הבאה מבחוץ, ייבוא זה שליחה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קשורים רק למזון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שרשרת אספקה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 חברתית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השלבים שמוצר עובר עד שמגיע לצרכן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אוניה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יבשות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המילה חברה רב לאומית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 שפועלת רק במדינה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חברה שפועלת במספר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חברת תחבורה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בינלאומי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גשם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הודות לגלובליזציה אפשר לקנות מוצרים שיוצרו במדינות רחוקות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מכולות משמשות רק להובלת מזון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שרשרת האספקה כוללת רק את שלב הייצור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אוסטרליה היא יבשת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משפיעה רק על כלכלה ולא על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אוניות מכולות הן אחת הדרכים הנפוצות להובלת סחורות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תהליך ההתחברות בין מדינות וכלכלות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ארגז ברזל גדול שמוביל סחורות באוניה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הבאת מוצרים ממדינה אחרת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שליחת מוצרים למדינה אחרת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השלבים שמוצר עובר עד שמגיע אלינו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שטח יבשה גדול בעולם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השלבים מהייצור עד הצרכן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חברה שפועלת במספר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הבאת מוצרים ממדינה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שרשרת אספקה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שליחת מוצרים למדינה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 רב לאומית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ארגז גדול להובלת סחורות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שרשרת האספקה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אריזת המוצר במכולה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על ידי הצרכן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ייצור המוצר במפעל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הפצת המוצר לחנויות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ייצור חומרי הגלם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הובלת המכולה באונייה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מוצר שיש לכם בבית וכתבו כיצד לדעתכם הוא הגיע אליכם - מאיפה יכול היה להגיע ובאילו אמצעי תחבורה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במשפט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ייבוא לייצוא?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המכולה בסחר העולמי?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הגלובליזציה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