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הגלובליזציה – 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בגלובליזציה וסחר 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שרשרת האספקה של מוצר מהייצור עד הצרכן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מיון עובדות נכונות ולא נכונות על העולם המחובר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 -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תהליך של התחברות בין מדינות וכלכלות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להוביל סחורות באוניות וברכבות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כל השלבים שמוצר עובר עד שמגיע לצרכן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 - גשם העובדות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סחר עולמי מאפשר להעביר מוצרים בין מדינות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מכולות מובילות סוגי סחורות רבים ושונים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היא כוללת ייצור, הובלה, אחסון והפצה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גלובליזציה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ייבוא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מונח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(ארגז גדול להובלת סחורות)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ב (הבאת מוצרים ממדינה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(שליחת מוצרים למדינה 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(כל השלבים מהייצור עד הצרכן)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שרשרת האספקה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ייצור חומרי הגלם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ייצור המוצר במפעל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אריזת המוצר במכולה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הובלת המכולה באונייה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שלב ייצור, הובלה (אונייה/מטוס/משאית) והגעה לחנות - יש לבדוק הבנה של שרשרת אספקה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התחברות בין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ייבוא-הבאה, ייצוא-שליחה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הובלת סחורות באוניות וברכבות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לקשר את חלק הסידור לתחנת מסע המוצר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להציג דוגמה מוכרת של מוצר שעבר שרשרת אספקה ארוכה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מסע הגלובליזציה – המשחק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הגלובליזציה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הגלובליזציה היא התהליך שבו מדינות, אנשים וכלכלות מתחברים זה לזה דרך סחר, תחבורה ותקשורת. בדף הזה תתרגלו את המושגים שמככבים בתחנות המשחק - מכולות, שרשרת אספקה, יבשות ועוד.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ייבוא  ·  גלובליזציה  ·  מכולה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 -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גלובליזציה?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תהליך של התחברות בין מדינות וכלכלות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סוג של אוניה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משחק 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תפקיד המכולה בסחר העולמי?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לייצר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להוביל סחורות באוניות וברכבות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לאחסן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שרשרת אספקה?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רשת חברתית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כל השלבים שמוצר עובר עד שמגיע לצרכן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 של אוניה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 - גשם העובדות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הודות לגלובליזציה אפשר לקנות מוצרים שיוצרו במדינות רחוקות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מכולות משמשות רק להובלת מזון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שרשרת האספקה כוללת רק את שלב הייצור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תהליך ההתחברות בין מדינות וכלכלות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ארגז ברזל גדול שמוביל סחורות באוניה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הבאת מוצרים ממדינה אחרת נקראת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מונח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מכולה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שליחת מוצרים למדינה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ייבוא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הבאת מוצרים ממדינה אחרת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ייצוא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כל השלבים מהייצור עד הצרכן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שרשרת אספקה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ארגז גדול להובלת סחורות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שרשרת האספקה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אריזת המוצר במכולה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הובלת המכולה באונייה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ייצור חומרי הגלם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ייצור המוצר במפעל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מוצר שיש לכם בבית וכתבו כיצד לדעתכם הוא הגיע אליכם - מאיפה יכול היה להגיע ובאילו אמצעי תחבורה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גלובליזציה במשפט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ייבוא לייצוא?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הגלובליזציה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